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רַמְזוֹר קַשּׁוּב לְהוֹלְכֵי רֶגֶל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הצבעים ברמזור הולכי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כשהאיש ירוק ומה עושים כשהאיש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חציית כביש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חוצים 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במעבר 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אדום אומר לעמוד ולחכות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ירוק נותן סימן לחצות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צבע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(חוצים בזהירות)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(עומדים)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(מסתכלים לצדדים)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בטוח לחצות)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החציה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על הרמזור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מחכים שהאיש יהיה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מסתכלים לצדדים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לצדדים וחוצים בזהירות בלי לרוץ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ירוק - חוצים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 - עומדים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שאין מכוניות ולהיות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עם כרטיסי צבע אדום וירוק ולתרגל תגובה מהירה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לשחק משחק תפקידים - ילד אחד רמזור וילדים אחרים הולכי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החשיבות של זהירות ולא רק מהירות בתגובה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רַמְזוֹר קַשּׁוּב לְהוֹלְכֵי רֶגֶל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ברמזור להולכי רגל יש איש אדום ואיש ירוק. כל צבע אומר לנו מה לעשות ליד הכביש.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ירוק  ·  אדום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כשהאיש ברמזור ירוק,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חוצים 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רצים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כשהאיש ברמזור אדום,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חוצים את הכביש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במעבר 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בריצה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כשהאיש אדום אפשר לחצות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כשהאיש ירוק אפשר לחצות בזהירות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כשהאיש ברמזור __________ - חוצים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כשהאיש ברמזור __________ - עומדים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צבע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עומדים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חוצים 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לפני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בטוח לחצות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מסתכלים לצדדים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מסדרים את החציה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מחכים שהאיש יהיה ירוק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לצדדים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למעבר 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על הרמזור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במילים שלכם מה עושים כשהאיש ברמזור ירוק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כשהאיש ברמזור ירוק?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כשהאיש ברמזור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רַמְזוֹר קַשּׁוּב לְהוֹלְכֵי רֶגֶל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