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רַמְזוֹר קַשּׁוּב לְהוֹלְכֵי רֶגֶל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הצבעים ברמזור הולכי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כשהאיש ירוק ומה עושים כשהאיש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חציית כביש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חוצים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להסתכל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כל הולכי הרגל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אדום אומר לעמוד ולחכות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ירוק נותן סימן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זהירות חשובה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תמיד בודקים את הרמזור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הולכים בזהירות ולא רצים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צבע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(חוצים 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(עומדים)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(מסתכלים לצדדים)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בטוח לחצות)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החציה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על הרמזור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מחכים שהאיש יהיה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מסתכלים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חוצים בזהירות וללא 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לצדדים וחוצים בזהירות בלי לרוץ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להיות בטוחים ולא להיפגע ממכוניות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 - חוצים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 - עומדים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שאין מכוניות ולהיות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עם כרטיסי צבע אדום וירוק ולתרגל תגובה מהירה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לשחק משחק תפקידים - ילד אחד רמזור וילדים אחרים הולכי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החשיבות של זהירות ולא רק מהירות בתגובה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רַמְזוֹר קַשּׁוּב לְהוֹלְכֵי רֶגֶל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ברמזור יש שני צבעים. כל צבע אומר לנו מתי ללכת ומתי לעמוד.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רַמְזוֹר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מַכְשִׁיר עִם אוֹרוֹת שֶׁאוֹמֵר מָתַי לָלֶכֶת וּמָתַי לַעֲמֹד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אוֹר יָרֹק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הָאוֹר שֶׁאוֹמֵר אֶפְשָׁר לַחֲצוֹת בִּזְהִירוּת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אוֹר אָדֹם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הָאוֹר שֶׁאוֹמֵר חַיָּבִים לַעֲמֹד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חוֹצִים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עוֹבְרִים אֶת הַכְּבִישׁ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זְהִירוּת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לְהִסְתַּכֵּל טוֹב וְלֹא לְמַהֵר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הוֹלֵךְ רֶגֶל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אָדָם שֶׁהוֹלֵךְ בָּרֶגֶל וְלֹא נוֹסֵעַ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מַעֲבַר חֲצִיָּה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הַמָּקוֹם הַמְּסֻמָּן בַּכְּבִישׁ לַחֲצִיָּה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האיש ירוק -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חוצים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האיש אדום -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עוצמים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נכון לחצות?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בין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לפני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להסתכל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לעצום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מחכה לאור ירוק?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הולכי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כשהאיש אדום אפשר לחצות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כשהאיש ירוק אפשר לחצות בזהירות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להסתכל לצדדים גם כשהאור ירוק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בלי להסתכל על הרמזור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לרוץ באמצע הכביש כשחוצים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כשהאיש ברמזור __________ - חוצים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כשהאיש ברמזור __________ - עומדים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שחוצים כביש מסתכלים לכל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חוצים את הכביש ב__________ חצייה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צריך לחצות בכביש בלי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צבע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מסתכלים לצדדים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בטוח לחצות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לפני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חוצים 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עומדים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החציה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הרמזור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מחכים שהאיש יהיה ירוק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לצדדים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בזהירות וללא 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למעבר חצייה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במילים שלכם מה עושים כשהאיש ברמזור ירוק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לחכות לאור ירוק ולא לחצות באדום?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כשהאיש ברמזור ירוק?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כשהאיש ברמזור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להסתכל לצדדים לפני חציה?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רַמְזוֹר קַשּׁוּב לְהוֹלְכֵי רֶגֶל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